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DD6" w:rsidRDefault="00000000" w14:paraId="577F54F8" w14:textId="77777777">
      <w:pPr>
        <w:spacing w:after="60"/>
        <w:jc w:val="center"/>
      </w:pPr>
      <w:r>
        <w:rPr>
          <w:b/>
          <w:sz w:val="28"/>
        </w:rPr>
        <w:t>Name (14pt-16pt font)</w:t>
      </w:r>
    </w:p>
    <w:p w:rsidR="00384DD6" w:rsidRDefault="00000000" w14:paraId="4AEB8190" w14:textId="57987ED1">
      <w:pPr>
        <w:jc w:val="center"/>
      </w:pPr>
      <w:r w:rsidR="68808E21">
        <w:rPr/>
        <w:t>City, ST | Professional Email Address | Phone Number | Portfolio, Website or LinkedIn Address (Optional)</w:t>
      </w:r>
    </w:p>
    <w:p w:rsidR="5398CBC1" w:rsidP="73784F47" w:rsidRDefault="5398CBC1" w14:paraId="1C654DAC" w14:textId="34AFF29F">
      <w:pPr>
        <w:jc w:val="center"/>
      </w:pPr>
      <w:r w:rsidR="5398CBC1">
        <w:rPr/>
        <w:t>Areas of Specialization or Competence (Optional)</w:t>
      </w:r>
    </w:p>
    <w:p w:rsidR="00384DD6" w:rsidRDefault="00384DD6" w14:paraId="47D6587D" w14:textId="77777777"/>
    <w:p w:rsidR="00384DD6" w:rsidRDefault="00000000" w14:paraId="050D91D3" w14:textId="77777777">
      <w:pPr>
        <w:pBdr>
          <w:bottom w:val="single" w:color="000000" w:sz="4" w:space="1"/>
        </w:pBdr>
      </w:pPr>
      <w:r>
        <w:rPr>
          <w:b/>
        </w:rPr>
        <w:t>EDUCATION</w:t>
      </w:r>
    </w:p>
    <w:p w:rsidR="00384DD6" w:rsidP="00D664CA" w:rsidRDefault="00000000" w14:paraId="749FFA08" w14:textId="77777777">
      <w:r>
        <w:t>List all degrees, years at each institution, and post-doc training</w:t>
      </w:r>
    </w:p>
    <w:p w:rsidR="00384DD6" w:rsidRDefault="00000000" w14:paraId="3ABA1A5F" w14:textId="438E6575">
      <w:pPr>
        <w:tabs>
          <w:tab w:val="right" w:pos="-29392"/>
        </w:tabs>
      </w:pPr>
      <w:r>
        <w:rPr>
          <w:b/>
        </w:rPr>
        <w:t>Institution</w:t>
      </w:r>
      <w:r w:rsidR="00D664CA">
        <w:t xml:space="preserve"> </w:t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BC6BDC">
        <w:t xml:space="preserve"> </w:t>
      </w:r>
      <w:r>
        <w:t>City, State</w:t>
      </w:r>
    </w:p>
    <w:p w:rsidR="00384DD6" w:rsidRDefault="00000000" w14:paraId="10927133" w14:textId="183F2592">
      <w:pPr>
        <w:tabs>
          <w:tab w:val="right" w:pos="-29392"/>
        </w:tabs>
      </w:pPr>
      <w:r>
        <w:rPr>
          <w:i/>
        </w:rPr>
        <w:t>Doctor of Philosophy (PhD) in Degree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>
        <w:t>Month and Year Received/Expected</w:t>
      </w:r>
    </w:p>
    <w:p w:rsidR="00384DD6" w:rsidP="73784F47" w:rsidRDefault="00000000" w14:paraId="5D0D7E54" w14:textId="6E820CB5">
      <w:pPr/>
      <w:r w:rsidR="68808E21">
        <w:rPr/>
        <w:t>Dissertation (if applic</w:t>
      </w:r>
      <w:r w:rsidR="70CB44E8">
        <w:rPr/>
        <w:t>able)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4DD6" w:rsidRDefault="00000000" w14:paraId="42A166B4" w14:textId="5B00AA34">
      <w:pPr>
        <w:tabs>
          <w:tab w:val="right" w:pos="-29392"/>
        </w:tabs>
      </w:pPr>
      <w:r>
        <w:rPr>
          <w:b/>
        </w:rPr>
        <w:t>Institution</w:t>
      </w:r>
      <w:r w:rsidR="00D664CA">
        <w:t xml:space="preserve"> </w:t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BC6BDC">
        <w:t xml:space="preserve"> </w:t>
      </w:r>
      <w:r>
        <w:t>City, State</w:t>
      </w:r>
    </w:p>
    <w:p w:rsidR="00384DD6" w:rsidRDefault="00000000" w14:paraId="44EDE128" w14:textId="42D50AA4">
      <w:pPr>
        <w:tabs>
          <w:tab w:val="right" w:pos="-29392"/>
        </w:tabs>
      </w:pPr>
      <w:r>
        <w:rPr>
          <w:i/>
        </w:rPr>
        <w:t>Master of Science (MS)/Art (MA) in Degree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>
        <w:t>Month and Year Received/Expected</w:t>
      </w:r>
    </w:p>
    <w:p w:rsidR="00384DD6" w:rsidRDefault="00000000" w14:paraId="74E3863B" w14:textId="217692A2">
      <w:pPr>
        <w:tabs>
          <w:tab w:val="right" w:pos="-29392"/>
        </w:tabs>
      </w:pPr>
      <w:r>
        <w:t>Thesis (if applicable)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</w:p>
    <w:p w:rsidR="00384DD6" w:rsidRDefault="00000000" w14:paraId="6B1D698C" w14:textId="1B0647E4">
      <w:pPr>
        <w:tabs>
          <w:tab w:val="right" w:pos="-29392"/>
        </w:tabs>
      </w:pPr>
      <w:r>
        <w:rPr>
          <w:b/>
        </w:rPr>
        <w:t>Institution</w:t>
      </w:r>
      <w:r w:rsidR="00D664CA">
        <w:t xml:space="preserve"> </w:t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BC6BDC">
        <w:t xml:space="preserve"> </w:t>
      </w:r>
      <w:r>
        <w:t>City, State/Country</w:t>
      </w:r>
    </w:p>
    <w:p w:rsidR="00384DD6" w:rsidRDefault="00000000" w14:paraId="6267157F" w14:textId="0BC96B56">
      <w:pPr>
        <w:tabs>
          <w:tab w:val="right" w:pos="-29392"/>
        </w:tabs>
      </w:pPr>
      <w:r>
        <w:rPr>
          <w:i/>
        </w:rPr>
        <w:t>Bachelor of Science (BS)/Art (BA) in Degree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BC6BDC">
        <w:t xml:space="preserve">    </w:t>
      </w:r>
      <w:r>
        <w:t>Month and Year Received</w:t>
      </w:r>
    </w:p>
    <w:p w:rsidR="00384DD6" w:rsidRDefault="00000000" w14:paraId="27B089DF" w14:textId="164E8ED1">
      <w:pPr>
        <w:tabs>
          <w:tab w:val="right" w:pos="-29392"/>
        </w:tabs>
      </w:pPr>
      <w:r>
        <w:t>Minor/Emphasis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BC6BDC">
        <w:t xml:space="preserve">      </w:t>
      </w:r>
      <w:r>
        <w:t>GPA:X.XX/4.00</w:t>
      </w:r>
    </w:p>
    <w:p w:rsidR="00384DD6" w:rsidRDefault="00384DD6" w14:paraId="3AA5F698" w14:textId="77777777"/>
    <w:p w:rsidR="00384DD6" w:rsidRDefault="00000000" w14:paraId="0BF2031B" w14:textId="77777777">
      <w:pPr>
        <w:pBdr>
          <w:bottom w:val="single" w:color="000000" w:sz="4" w:space="1"/>
        </w:pBdr>
      </w:pPr>
      <w:r>
        <w:rPr>
          <w:b/>
        </w:rPr>
        <w:t>PROFESSIONAL EXPERIENCE</w:t>
      </w:r>
    </w:p>
    <w:p w:rsidR="00384DD6" w:rsidP="00D664CA" w:rsidRDefault="00000000" w14:paraId="5E6DED23" w14:textId="77777777">
      <w:r>
        <w:t>List all titles, institutions, dates in reverse chronological order</w:t>
      </w:r>
    </w:p>
    <w:p w:rsidR="00384DD6" w:rsidRDefault="00000000" w14:paraId="40A0D9D8" w14:textId="620B2E7B">
      <w:pPr>
        <w:tabs>
          <w:tab w:val="right" w:pos="-29392"/>
        </w:tabs>
      </w:pPr>
      <w:r>
        <w:rPr>
          <w:b/>
        </w:rPr>
        <w:t>Name of Company/Institution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>
        <w:t>City, State</w:t>
      </w:r>
    </w:p>
    <w:p w:rsidR="00384DD6" w:rsidRDefault="00000000" w14:paraId="75D200DE" w14:textId="7555B900">
      <w:pPr>
        <w:tabs>
          <w:tab w:val="right" w:pos="-29392"/>
        </w:tabs>
      </w:pPr>
      <w:r>
        <w:rPr>
          <w:i/>
        </w:rPr>
        <w:t>Your Role (Job Title)</w:t>
      </w:r>
      <w:r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ab/>
      </w:r>
      <w:r w:rsidR="00D664CA">
        <w:t xml:space="preserve">      </w:t>
      </w:r>
      <w:r>
        <w:t>Month and Year Range</w:t>
      </w:r>
    </w:p>
    <w:p w:rsidR="00384DD6" w:rsidRDefault="00384DD6" w14:paraId="147836D8" w14:textId="77777777"/>
    <w:p w:rsidR="00384DD6" w:rsidRDefault="00000000" w14:paraId="62DCA90D" w14:textId="77777777">
      <w:pPr>
        <w:pBdr>
          <w:bottom w:val="single" w:color="000000" w:sz="4" w:space="1"/>
        </w:pBdr>
      </w:pPr>
      <w:r>
        <w:rPr>
          <w:b/>
        </w:rPr>
        <w:t>REFEREED PUBLICATIONS, GALLERIES, PERFORMANCES, ETC.</w:t>
      </w:r>
    </w:p>
    <w:p w:rsidR="00D664CA" w:rsidRDefault="00000000" w14:paraId="4D7A4005" w14:textId="768761DE">
      <w:pPr>
        <w:ind w:left="360"/>
      </w:pPr>
      <w:r>
        <w:t xml:space="preserve">These could include refereed journal articles, books and book chapters, as well as published encyclopedia entries and reviews (books, articles, plays, other creative works). </w:t>
      </w:r>
    </w:p>
    <w:p w:rsidR="00D664CA" w:rsidP="00D664CA" w:rsidRDefault="00D664CA" w14:paraId="7614BF89" w14:textId="3BEBFA34">
      <w:pPr>
        <w:ind w:left="720"/>
      </w:pPr>
      <w:r w:rsidR="794CB505">
        <w:rPr/>
        <w:t>*</w:t>
      </w:r>
      <w:r w:rsidR="794CB505">
        <w:rPr/>
        <w:t xml:space="preserve">Note: The words "in press" are strictly confined to those where the author has received a letter from the journal editor </w:t>
      </w:r>
      <w:r w:rsidR="794CB505">
        <w:rPr/>
        <w:t>indicating</w:t>
      </w:r>
      <w:r w:rsidR="794CB505">
        <w:rPr/>
        <w:t xml:space="preserve"> that the paper has been accepted for publication or that the paper has been accepted for publication with minor revisions. Otherwise, the author should clarify the stage</w:t>
      </w:r>
      <w:r w:rsidR="6C306177">
        <w:rPr/>
        <w:t xml:space="preserve"> the publication was in</w:t>
      </w:r>
      <w:r w:rsidR="794CB505">
        <w:rPr/>
        <w:t xml:space="preserve"> when the vita was saved and save the</w:t>
      </w:r>
      <w:r w:rsidR="715997F7">
        <w:rPr/>
        <w:t>m</w:t>
      </w:r>
      <w:r w:rsidR="794CB505">
        <w:rPr/>
        <w:t xml:space="preserve"> under a separate category</w:t>
      </w:r>
      <w:r w:rsidR="40E3B835">
        <w:rPr/>
        <w:t>.</w:t>
      </w:r>
    </w:p>
    <w:p w:rsidR="00D664CA" w:rsidP="00D664CA" w:rsidRDefault="00D664CA" w14:paraId="765E5F4E" w14:textId="7B7F2E73">
      <w:pPr>
        <w:pStyle w:val="ListParagraph"/>
        <w:numPr>
          <w:ilvl w:val="0"/>
          <w:numId w:val="11"/>
        </w:numPr>
        <w:rPr/>
      </w:pPr>
      <w:r w:rsidR="025D20DD">
        <w:rPr/>
        <w:t>E</w:t>
      </w:r>
      <w:r w:rsidR="794CB505">
        <w:rPr/>
        <w:t>x.</w:t>
      </w:r>
      <w:r w:rsidR="794CB505">
        <w:rPr/>
        <w:t xml:space="preserve"> "in preparation" (for publications yet to be submitted), "under review" or "publication submitted" (for publications undergoing an initial review), "revise and resubmit" if the author has received a letter from the editor that the author may wish to revise and resubmit the article for consideration. </w:t>
      </w:r>
    </w:p>
    <w:p w:rsidR="00384DD6" w:rsidP="00D664CA" w:rsidRDefault="00000000" w14:paraId="464E347C" w14:textId="669F442D">
      <w:pPr>
        <w:ind w:left="360"/>
      </w:pPr>
      <w:r>
        <w:t xml:space="preserve">Categories will depend on discipline. Galleries and performances included in this section should be in reverse chronological order and only </w:t>
      </w:r>
      <w:r w:rsidR="00D664CA">
        <w:t>include</w:t>
      </w:r>
      <w:r>
        <w:t xml:space="preserve"> those where peer review or screening was involved.</w:t>
      </w:r>
    </w:p>
    <w:p w:rsidR="00384DD6" w:rsidP="00D664CA" w:rsidRDefault="00000000" w14:paraId="41404DF1" w14:textId="09B2C72C">
      <w:pPr>
        <w:pStyle w:val="ListParagraph"/>
        <w:numPr>
          <w:ilvl w:val="0"/>
          <w:numId w:val="10"/>
        </w:numPr>
        <w:rPr/>
      </w:pPr>
      <w:r w:rsidR="1156D513">
        <w:rPr/>
        <w:t>Author</w:t>
      </w:r>
      <w:r w:rsidR="68808E21">
        <w:rPr/>
        <w:t xml:space="preserve"> names should be listed as they appear in publication including volume number, issue number </w:t>
      </w:r>
      <w:r w:rsidR="0390CCF6">
        <w:rPr/>
        <w:t xml:space="preserve">if </w:t>
      </w:r>
      <w:r w:rsidR="0390CCF6">
        <w:rPr/>
        <w:t>appropriate</w:t>
      </w:r>
      <w:r w:rsidR="68808E21">
        <w:rPr/>
        <w:t>, and page numbers.</w:t>
      </w:r>
    </w:p>
    <w:p w:rsidR="00D664CA" w:rsidP="00D664CA" w:rsidRDefault="00000000" w14:paraId="19A11BC3" w14:textId="77777777">
      <w:pPr>
        <w:pStyle w:val="ListParagraph"/>
        <w:numPr>
          <w:ilvl w:val="0"/>
          <w:numId w:val="10"/>
        </w:numPr>
      </w:pPr>
      <w:r>
        <w:t>Consider putting a * next to student co-authors and indicate as such with the following in the heading.</w:t>
      </w:r>
    </w:p>
    <w:p w:rsidR="00384DD6" w:rsidP="00D664CA" w:rsidRDefault="00D664CA" w14:paraId="5AFAE8AC" w14:textId="0B1FFF25">
      <w:pPr>
        <w:pStyle w:val="ListParagraph"/>
        <w:numPr>
          <w:ilvl w:val="1"/>
          <w:numId w:val="10"/>
        </w:numPr>
      </w:pPr>
      <w:r>
        <w:t>Ex.</w:t>
      </w:r>
      <w:r>
        <w:t xml:space="preserve"> "Refereed Publications - student co-authors are starred"</w:t>
      </w:r>
    </w:p>
    <w:p w:rsidR="00D664CA" w:rsidP="00D664CA" w:rsidRDefault="00000000" w14:paraId="70E9B4E4" w14:textId="4AA45B2B">
      <w:pPr>
        <w:pStyle w:val="ListParagraph"/>
        <w:numPr>
          <w:ilvl w:val="0"/>
          <w:numId w:val="10"/>
        </w:numPr>
        <w:rPr/>
      </w:pPr>
      <w:r w:rsidR="68808E21">
        <w:rPr/>
        <w:t>Consider putting bullet notes under publication</w:t>
      </w:r>
      <w:r w:rsidR="794CB505">
        <w:rPr/>
        <w:t>s</w:t>
      </w:r>
      <w:r w:rsidR="68808E21">
        <w:rPr/>
        <w:t xml:space="preserve"> that h</w:t>
      </w:r>
      <w:r w:rsidR="794CB505">
        <w:rPr/>
        <w:t>ave</w:t>
      </w:r>
      <w:r w:rsidR="68808E21">
        <w:rPr/>
        <w:t xml:space="preserve"> </w:t>
      </w:r>
      <w:r w:rsidR="452BC771">
        <w:rPr/>
        <w:t>a unique</w:t>
      </w:r>
      <w:r w:rsidR="68808E21">
        <w:rPr/>
        <w:t xml:space="preserve"> </w:t>
      </w:r>
      <w:r w:rsidR="643512D3">
        <w:rPr/>
        <w:t>impact like</w:t>
      </w:r>
      <w:r w:rsidR="643512D3">
        <w:rPr/>
        <w:t xml:space="preserve"> being </w:t>
      </w:r>
      <w:r w:rsidR="68808E21">
        <w:rPr/>
        <w:t>profiled in a news outlet or media source</w:t>
      </w:r>
      <w:r w:rsidR="794CB505">
        <w:rPr/>
        <w:t xml:space="preserve">, </w:t>
      </w:r>
      <w:r w:rsidR="68808E21">
        <w:rPr/>
        <w:t>won an award</w:t>
      </w:r>
      <w:r w:rsidR="794CB505">
        <w:rPr/>
        <w:t xml:space="preserve">, or </w:t>
      </w:r>
      <w:r w:rsidR="68808E21">
        <w:rPr/>
        <w:t xml:space="preserve">cited in someone's professional blog or podcast. </w:t>
      </w:r>
    </w:p>
    <w:p w:rsidR="00384DD6" w:rsidP="00D664CA" w:rsidRDefault="00D664CA" w14:paraId="66BCEB52" w14:textId="13362EB7">
      <w:pPr>
        <w:pStyle w:val="ListParagraph"/>
        <w:numPr>
          <w:ilvl w:val="1"/>
          <w:numId w:val="10"/>
        </w:numPr>
        <w:rPr/>
      </w:pPr>
      <w:r w:rsidR="794CB505">
        <w:rPr/>
        <w:t>Ex.</w:t>
      </w:r>
      <w:r w:rsidR="794CB505">
        <w:rPr/>
        <w:t xml:space="preserve"> "Featured in Science News" with a link to the story under the </w:t>
      </w:r>
      <w:bookmarkStart w:name="_Int_uGmqot1k" w:id="483956209"/>
      <w:r w:rsidR="794CB505">
        <w:rPr/>
        <w:t>publication</w:t>
      </w:r>
      <w:bookmarkEnd w:id="483956209"/>
      <w:r w:rsidR="794CB505">
        <w:rPr/>
        <w:t xml:space="preserve"> citation.</w:t>
      </w:r>
    </w:p>
    <w:p w:rsidR="00384DD6" w:rsidRDefault="00384DD6" w14:paraId="789C84A6" w14:textId="77777777"/>
    <w:p w:rsidR="00384DD6" w:rsidRDefault="00000000" w14:paraId="2799C8AC" w14:textId="77777777">
      <w:pPr>
        <w:pBdr>
          <w:bottom w:val="single" w:color="000000" w:sz="4" w:space="1"/>
        </w:pBdr>
      </w:pPr>
      <w:r>
        <w:rPr>
          <w:b/>
        </w:rPr>
        <w:t>NON-REFEREED PUBLICATIONS, GALLERIES, PERFORMANCES, AND OTHER OUTPUTS</w:t>
      </w:r>
    </w:p>
    <w:p w:rsidR="004200F0" w:rsidP="004200F0" w:rsidRDefault="00000000" w14:paraId="01A932D6" w14:textId="35DA71C9">
      <w:pPr>
        <w:pStyle w:val="ListParagraph"/>
        <w:numPr>
          <w:ilvl w:val="0"/>
          <w:numId w:val="13"/>
        </w:numPr>
        <w:rPr/>
      </w:pPr>
      <w:r w:rsidR="68808E21">
        <w:rPr/>
        <w:t>List in reverse chronology and include meeting abstracts, proceedings, technical reports, workshops, popular articles, websites, blogs, social media</w:t>
      </w:r>
      <w:r w:rsidR="34ACB937">
        <w:rPr/>
        <w:t>,</w:t>
      </w:r>
      <w:r w:rsidR="68808E21">
        <w:rPr/>
        <w:t xml:space="preserve"> and podcasts, or other galleries and performances. </w:t>
      </w:r>
    </w:p>
    <w:p w:rsidR="00384DD6" w:rsidP="004200F0" w:rsidRDefault="00000000" w14:paraId="51B42568" w14:textId="5CDBE9E4">
      <w:pPr>
        <w:pStyle w:val="ListParagraph"/>
        <w:numPr>
          <w:ilvl w:val="0"/>
          <w:numId w:val="13"/>
        </w:numPr>
        <w:rPr/>
      </w:pPr>
      <w:r w:rsidR="68808E21">
        <w:rPr/>
        <w:t xml:space="preserve">Provide authors' names, </w:t>
      </w:r>
      <w:bookmarkStart w:name="_Int_M0DxiT9T" w:id="1304438931"/>
      <w:r w:rsidR="68808E21">
        <w:rPr/>
        <w:t>year</w:t>
      </w:r>
      <w:bookmarkEnd w:id="1304438931"/>
      <w:r w:rsidR="68808E21">
        <w:rPr/>
        <w:t>, and links if appropriate.</w:t>
      </w:r>
    </w:p>
    <w:p w:rsidR="00384DD6" w:rsidRDefault="00384DD6" w14:paraId="070BE618" w14:textId="77777777"/>
    <w:p w:rsidR="00384DD6" w:rsidRDefault="00000000" w14:paraId="6E86DBFE" w14:textId="77777777">
      <w:pPr>
        <w:pBdr>
          <w:bottom w:val="single" w:color="000000" w:sz="4" w:space="1"/>
        </w:pBdr>
      </w:pPr>
      <w:r>
        <w:rPr>
          <w:b/>
        </w:rPr>
        <w:t>SCHOLARSHIP OF ENGAGEMENT: COMMUNITY OR OTHER PARTNERSHIP ACTIVITIES AND IMPACTS</w:t>
      </w:r>
    </w:p>
    <w:p w:rsidR="004200F0" w:rsidP="004200F0" w:rsidRDefault="004200F0" w14:paraId="3A8CCD65" w14:textId="78168864">
      <w:r w:rsidR="0390CCF6">
        <w:rPr/>
        <w:t xml:space="preserve">List all </w:t>
      </w:r>
      <w:r w:rsidR="0390CCF6">
        <w:rPr/>
        <w:t xml:space="preserve">project/partnership </w:t>
      </w:r>
      <w:r w:rsidR="0390CCF6">
        <w:rPr/>
        <w:t xml:space="preserve">titles, </w:t>
      </w:r>
      <w:r w:rsidR="0390CCF6">
        <w:rPr/>
        <w:t>organizations</w:t>
      </w:r>
      <w:r w:rsidR="0390CCF6">
        <w:rPr/>
        <w:t>, dates in reverse chronological order</w:t>
      </w:r>
      <w:r w:rsidR="001792A0">
        <w:rPr/>
        <w:t>.</w:t>
      </w:r>
    </w:p>
    <w:p w:rsidR="004200F0" w:rsidP="004200F0" w:rsidRDefault="004200F0" w14:paraId="46B073BB" w14:textId="7FA7B886">
      <w:pPr>
        <w:tabs>
          <w:tab w:val="right" w:pos="-29392"/>
        </w:tabs>
      </w:pPr>
      <w:r>
        <w:rPr>
          <w:b/>
        </w:rPr>
        <w:t xml:space="preserve">Name of </w:t>
      </w:r>
      <w:r>
        <w:rPr>
          <w:b/>
        </w:rPr>
        <w:t xml:space="preserve">Organization/Agency/School, etc.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City, State</w:t>
      </w:r>
    </w:p>
    <w:p w:rsidR="004200F0" w:rsidP="004200F0" w:rsidRDefault="004200F0" w14:paraId="619AB748" w14:textId="6BDEC5A2">
      <w:pPr>
        <w:tabs>
          <w:tab w:val="right" w:pos="-29392"/>
        </w:tabs>
      </w:pPr>
      <w:r>
        <w:rPr>
          <w:i/>
        </w:rPr>
        <w:t xml:space="preserve">Project Name and Your Role   </w:t>
      </w:r>
      <w:r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Month and Year Range</w:t>
      </w:r>
    </w:p>
    <w:p w:rsidR="004200F0" w:rsidP="004200F0" w:rsidRDefault="00000000" w14:paraId="5CB4CA19" w14:textId="423344B9">
      <w:pPr>
        <w:pStyle w:val="ListParagraph"/>
        <w:numPr>
          <w:ilvl w:val="0"/>
          <w:numId w:val="14"/>
        </w:numPr>
        <w:rPr/>
      </w:pPr>
      <w:r w:rsidR="68808E21">
        <w:rPr/>
        <w:t xml:space="preserve">Provide information </w:t>
      </w:r>
      <w:r w:rsidR="0390CCF6">
        <w:rPr/>
        <w:t xml:space="preserve">on team names and </w:t>
      </w:r>
      <w:r w:rsidR="68808E21">
        <w:rPr/>
        <w:t>the goal or name of the initiative</w:t>
      </w:r>
      <w:r w:rsidR="127F20DF">
        <w:rPr/>
        <w:t>/</w:t>
      </w:r>
      <w:r w:rsidR="68808E21">
        <w:rPr/>
        <w:t>project.</w:t>
      </w:r>
    </w:p>
    <w:p w:rsidR="004200F0" w:rsidP="004200F0" w:rsidRDefault="004200F0" w14:paraId="5299DA17" w14:textId="77777777">
      <w:pPr>
        <w:pStyle w:val="ListParagraph"/>
        <w:numPr>
          <w:ilvl w:val="0"/>
          <w:numId w:val="14"/>
        </w:numPr>
      </w:pPr>
      <w:r>
        <w:t>Include d</w:t>
      </w:r>
      <w:r>
        <w:t xml:space="preserve">etails of activity and/or impact on community of interest. This can be in short narrative form or with bullet points. </w:t>
      </w:r>
    </w:p>
    <w:p w:rsidR="001E4717" w:rsidP="004200F0" w:rsidRDefault="004200F0" w14:paraId="39C4289B" w14:textId="77777777">
      <w:pPr>
        <w:pStyle w:val="ListParagraph"/>
        <w:numPr>
          <w:ilvl w:val="1"/>
          <w:numId w:val="14"/>
        </w:numPr>
      </w:pPr>
      <w:r>
        <w:t>Ex.</w:t>
      </w:r>
      <w:r>
        <w:t xml:space="preserve"> community advisory board meetings, procedures or policy, training materials, </w:t>
      </w:r>
      <w:proofErr w:type="gramStart"/>
      <w:r>
        <w:t>courses</w:t>
      </w:r>
      <w:proofErr w:type="gramEnd"/>
      <w:r>
        <w:t>, guides</w:t>
      </w:r>
      <w:r>
        <w:t>,</w:t>
      </w:r>
      <w:r>
        <w:t xml:space="preserve"> </w:t>
      </w:r>
      <w:r>
        <w:t>toolkits, workshops, films, citizen science data, reports, jobs added, sales increased, gaps closed, etc.</w:t>
      </w:r>
    </w:p>
    <w:p w:rsidR="00384DD6" w:rsidP="001E4717" w:rsidRDefault="00000000" w14:paraId="48B4B5A8" w14:textId="012A31F9">
      <w:pPr>
        <w:pStyle w:val="ListParagraph"/>
        <w:numPr>
          <w:ilvl w:val="0"/>
          <w:numId w:val="14"/>
        </w:numPr>
      </w:pPr>
      <w:r>
        <w:t xml:space="preserve">When </w:t>
      </w:r>
      <w:r w:rsidR="001E4717">
        <w:t>possible,</w:t>
      </w:r>
      <w:r>
        <w:t xml:space="preserve"> note how the work was shared and how it is accessible to others.</w:t>
      </w:r>
    </w:p>
    <w:p w:rsidR="00384DD6" w:rsidRDefault="00384DD6" w14:paraId="57A9D32F" w14:textId="77777777"/>
    <w:p w:rsidR="00384DD6" w:rsidRDefault="00000000" w14:paraId="3D9A3D7A" w14:textId="77777777">
      <w:pPr>
        <w:pBdr>
          <w:bottom w:val="single" w:color="000000" w:sz="4" w:space="1"/>
        </w:pBdr>
      </w:pPr>
      <w:r>
        <w:rPr>
          <w:b/>
        </w:rPr>
        <w:t>TECHNOLOGY TRANSFER</w:t>
      </w:r>
    </w:p>
    <w:p w:rsidR="00384DD6" w:rsidP="001E4717" w:rsidRDefault="00000000" w14:paraId="61353953" w14:textId="28FBE110">
      <w:r w:rsidR="68808E21">
        <w:rPr/>
        <w:t xml:space="preserve">List in reverse chronology </w:t>
      </w:r>
      <w:r w:rsidR="2BCCA226">
        <w:rPr/>
        <w:t>the</w:t>
      </w:r>
      <w:r w:rsidR="68808E21">
        <w:rPr/>
        <w:t xml:space="preserve"> inventor names, title, date, and phases of the filing, disclosure, licensing, financial return.</w:t>
      </w:r>
      <w:r w:rsidR="2BCCA226">
        <w:rPr/>
        <w:t xml:space="preserve"> This can be formatted as </w:t>
      </w:r>
      <w:bookmarkStart w:name="_Int_elI1I28a" w:id="1966766182"/>
      <w:r w:rsidR="2BCCA226">
        <w:rPr/>
        <w:t>a narrative</w:t>
      </w:r>
      <w:bookmarkEnd w:id="1966766182"/>
      <w:r w:rsidR="2BCCA226">
        <w:rPr/>
        <w:t xml:space="preserve"> or bullet points. </w:t>
      </w:r>
    </w:p>
    <w:p w:rsidR="001E4717" w:rsidP="001E4717" w:rsidRDefault="001E4717" w14:paraId="115604AF" w14:textId="3DC8E167">
      <w:pPr>
        <w:tabs>
          <w:tab w:val="right" w:pos="-29392"/>
        </w:tabs>
      </w:pPr>
      <w:r>
        <w:rPr>
          <w:b/>
        </w:rPr>
        <w:t>Title</w:t>
      </w:r>
      <w:r>
        <w:rPr>
          <w:b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</w:r>
      <w:r>
        <w:tab/>
      </w:r>
      <w:r w:rsidR="00BC6BDC">
        <w:t xml:space="preserve">            </w:t>
      </w:r>
      <w:r>
        <w:t>Date</w:t>
      </w:r>
    </w:p>
    <w:p w:rsidR="001E4717" w:rsidP="001E4717" w:rsidRDefault="001E4717" w14:paraId="040B0A63" w14:textId="2C429E05">
      <w:pPr>
        <w:tabs>
          <w:tab w:val="right" w:pos="-29392"/>
        </w:tabs>
        <w:rPr>
          <w:i/>
          <w:iCs/>
        </w:rPr>
      </w:pPr>
      <w:r>
        <w:rPr>
          <w:i/>
          <w:iCs/>
        </w:rPr>
        <w:t>Inventor Names</w:t>
      </w:r>
    </w:p>
    <w:p w:rsidR="001E4717" w:rsidP="001E4717" w:rsidRDefault="00000000" w14:paraId="7AAD5D0C" w14:textId="77777777">
      <w:pPr>
        <w:pStyle w:val="ListParagraph"/>
        <w:numPr>
          <w:ilvl w:val="0"/>
          <w:numId w:val="16"/>
        </w:numPr>
      </w:pPr>
      <w:r>
        <w:t xml:space="preserve">Provide information on </w:t>
      </w:r>
      <w:r w:rsidR="001E4717">
        <w:t>patents</w:t>
      </w:r>
      <w:r>
        <w:t xml:space="preserve">, copyright, and license discoveries. </w:t>
      </w:r>
    </w:p>
    <w:p w:rsidR="001E4717" w:rsidP="001E4717" w:rsidRDefault="00000000" w14:paraId="272EAAF9" w14:textId="4461E57A">
      <w:pPr>
        <w:pStyle w:val="ListParagraph"/>
        <w:numPr>
          <w:ilvl w:val="1"/>
          <w:numId w:val="16"/>
        </w:numPr>
      </w:pPr>
      <w:r>
        <w:t>This includes technologies used in hardware and software inventions.</w:t>
      </w:r>
    </w:p>
    <w:p w:rsidR="00384DD6" w:rsidP="001E4717" w:rsidRDefault="00000000" w14:paraId="5C4A6316" w14:textId="6A4D444A">
      <w:pPr>
        <w:pStyle w:val="ListParagraph"/>
        <w:numPr>
          <w:ilvl w:val="0"/>
          <w:numId w:val="16"/>
        </w:numPr>
        <w:rPr/>
      </w:pPr>
      <w:r w:rsidR="68808E21">
        <w:rPr/>
        <w:t xml:space="preserve">Provide information on product development with </w:t>
      </w:r>
      <w:r w:rsidR="1329E828">
        <w:rPr/>
        <w:t>businesses</w:t>
      </w:r>
      <w:r w:rsidR="68808E21">
        <w:rPr/>
        <w:t>, entrepreneurs, and startups.</w:t>
      </w:r>
    </w:p>
    <w:p w:rsidR="00384DD6" w:rsidRDefault="00384DD6" w14:paraId="2CC82B25" w14:textId="77777777"/>
    <w:p w:rsidR="00384DD6" w:rsidRDefault="00000000" w14:paraId="162BF05A" w14:textId="77777777">
      <w:pPr>
        <w:pBdr>
          <w:bottom w:val="single" w:color="000000" w:sz="4" w:space="1"/>
        </w:pBdr>
      </w:pPr>
      <w:r>
        <w:rPr>
          <w:b/>
        </w:rPr>
        <w:t>PUBLICATIONS/CREATIVE WORKS SUBMITTED</w:t>
      </w:r>
    </w:p>
    <w:p w:rsidR="001E4717" w:rsidP="001E4717" w:rsidRDefault="00000000" w14:paraId="1AF1706D" w14:textId="344E88AA">
      <w:r w:rsidR="68808E21">
        <w:rPr/>
        <w:t xml:space="preserve">List in reverse chronological order and </w:t>
      </w:r>
      <w:r w:rsidR="68808E21">
        <w:rPr/>
        <w:t>indicate</w:t>
      </w:r>
      <w:r w:rsidR="68808E21">
        <w:rPr/>
        <w:t xml:space="preserve"> whether papers are under review, being revised, </w:t>
      </w:r>
      <w:r w:rsidR="658783B7">
        <w:rPr/>
        <w:t>or</w:t>
      </w:r>
      <w:r w:rsidR="68808E21">
        <w:rPr/>
        <w:t xml:space="preserve"> under second review. </w:t>
      </w:r>
    </w:p>
    <w:p w:rsidR="00384DD6" w:rsidP="001E4717" w:rsidRDefault="00000000" w14:paraId="2EB0723B" w14:textId="0F1B073D">
      <w:pPr>
        <w:pStyle w:val="ListParagraph"/>
        <w:numPr>
          <w:ilvl w:val="0"/>
          <w:numId w:val="17"/>
        </w:numPr>
      </w:pPr>
      <w:r>
        <w:t>Cite journal, and submission date. Indicate scheduled galleries and performances.</w:t>
      </w:r>
    </w:p>
    <w:p w:rsidR="00384DD6" w:rsidRDefault="00384DD6" w14:paraId="421B0A7D" w14:textId="77777777"/>
    <w:p w:rsidR="00384DD6" w:rsidRDefault="00000000" w14:paraId="226E3B13" w14:textId="77777777">
      <w:pPr>
        <w:pBdr>
          <w:bottom w:val="single" w:color="000000" w:sz="4" w:space="1"/>
        </w:pBdr>
      </w:pPr>
      <w:r>
        <w:rPr>
          <w:b/>
        </w:rPr>
        <w:t>INVITED PRESENTATIONS</w:t>
      </w:r>
    </w:p>
    <w:p w:rsidR="001E4717" w:rsidP="001E4717" w:rsidRDefault="00000000" w14:paraId="09CCF1BC" w14:textId="09254DAE">
      <w:r w:rsidR="68808E21">
        <w:rPr/>
        <w:t>List in reverse chronological order with name of organization</w:t>
      </w:r>
      <w:r w:rsidR="41C3FA54">
        <w:rPr/>
        <w:t>.</w:t>
      </w:r>
      <w:r w:rsidR="2BCCA226">
        <w:rPr/>
        <w:t xml:space="preserve"> </w:t>
      </w:r>
    </w:p>
    <w:p w:rsidR="00384DD6" w:rsidP="001E4717" w:rsidRDefault="001E4717" w14:paraId="79DCFD53" w14:textId="1231566B">
      <w:pPr>
        <w:pStyle w:val="ListParagraph"/>
        <w:numPr>
          <w:ilvl w:val="0"/>
          <w:numId w:val="17"/>
        </w:numPr>
      </w:pPr>
      <w:r>
        <w:t>I</w:t>
      </w:r>
      <w:r>
        <w:t>nclude any invited symposiums, colloquiums, panels, local talks or other speaking invitations.</w:t>
      </w:r>
    </w:p>
    <w:p w:rsidR="00384DD6" w:rsidRDefault="00384DD6" w14:paraId="2DEF468D" w14:textId="77777777"/>
    <w:p w:rsidR="00384DD6" w:rsidRDefault="00000000" w14:paraId="4EDCB572" w14:textId="77777777">
      <w:pPr>
        <w:pBdr>
          <w:bottom w:val="single" w:color="000000" w:sz="4" w:space="1"/>
        </w:pBdr>
      </w:pPr>
      <w:r>
        <w:rPr>
          <w:b/>
        </w:rPr>
        <w:t>PROFESSIONAL PRESENTATIONS AT CONFERENCE MEETINGS AND SEMINARS PRESENTED</w:t>
      </w:r>
    </w:p>
    <w:p w:rsidR="00384DD6" w:rsidP="001E4717" w:rsidRDefault="00000000" w14:paraId="0429C89C" w14:textId="3435E240">
      <w:r w:rsidR="68808E21">
        <w:rPr/>
        <w:t>List in reverse chronological order with authors and name of organization.</w:t>
      </w:r>
    </w:p>
    <w:p w:rsidR="00384DD6" w:rsidRDefault="00384DD6" w14:paraId="5201B541" w14:textId="77777777"/>
    <w:p w:rsidR="00384DD6" w:rsidRDefault="00000000" w14:paraId="26935B60" w14:textId="77777777">
      <w:pPr>
        <w:pBdr>
          <w:bottom w:val="single" w:color="000000" w:sz="4" w:space="1"/>
        </w:pBdr>
      </w:pPr>
      <w:r>
        <w:rPr>
          <w:b/>
        </w:rPr>
        <w:t>GRANT ACTIVITY</w:t>
      </w:r>
    </w:p>
    <w:p w:rsidR="00384DD6" w:rsidP="001E4717" w:rsidRDefault="00000000" w14:paraId="7E2546C4" w14:textId="41045B38">
      <w:r w:rsidR="68808E21">
        <w:rPr/>
        <w:t>List the amount, date, agency, title of grant, and the role of author</w:t>
      </w:r>
      <w:r w:rsidR="6B174617">
        <w:rPr/>
        <w:t>.</w:t>
      </w:r>
    </w:p>
    <w:p w:rsidR="00752EBF" w:rsidP="00752EBF" w:rsidRDefault="00000000" w14:paraId="474A59A3" w14:textId="77777777">
      <w:pPr>
        <w:pStyle w:val="ListParagraph"/>
        <w:numPr>
          <w:ilvl w:val="0"/>
          <w:numId w:val="17"/>
        </w:numPr>
      </w:pPr>
      <w:r>
        <w:t xml:space="preserve">List proposals submitted; indicate status </w:t>
      </w:r>
      <w:r w:rsidR="00752EBF">
        <w:t xml:space="preserve">e.g., </w:t>
      </w:r>
      <w:r>
        <w:t xml:space="preserve">denied, under review, pending. </w:t>
      </w:r>
    </w:p>
    <w:p w:rsidR="00384DD6" w:rsidP="00752EBF" w:rsidRDefault="00000000" w14:paraId="7718C5AF" w14:textId="507AA319">
      <w:pPr>
        <w:pStyle w:val="ListParagraph"/>
        <w:numPr>
          <w:ilvl w:val="0"/>
          <w:numId w:val="17"/>
        </w:numPr>
      </w:pPr>
      <w:r>
        <w:t>Consider separate sections for "funded external grants and internal grants"</w:t>
      </w:r>
      <w:r w:rsidR="00752EBF">
        <w:t xml:space="preserve">, </w:t>
      </w:r>
      <w:r>
        <w:t>"grant activity" for unfunded submissions</w:t>
      </w:r>
      <w:r w:rsidR="008C73B8">
        <w:t xml:space="preserve"> </w:t>
      </w:r>
      <w:r>
        <w:t>and "pending" for those under review.</w:t>
      </w:r>
    </w:p>
    <w:p w:rsidR="00BC6BDC" w:rsidP="00752EBF" w:rsidRDefault="00BC6BDC" w14:paraId="5F1D1D2B" w14:textId="6BB3442B">
      <w:pPr>
        <w:pStyle w:val="ListParagraph"/>
        <w:numPr>
          <w:ilvl w:val="0"/>
          <w:numId w:val="17"/>
        </w:numPr>
        <w:rPr/>
      </w:pPr>
      <w:r w:rsidR="63EB8BFE">
        <w:rPr/>
        <w:t>Use this section for other indicators of the quality of your scholarly and creative work that might not fit elsewhere</w:t>
      </w:r>
      <w:r w:rsidR="47DFD230">
        <w:rPr/>
        <w:t>.</w:t>
      </w:r>
    </w:p>
    <w:p w:rsidR="00BC6BDC" w:rsidP="00BC6BDC" w:rsidRDefault="00BC6BDC" w14:paraId="4C0BEA1F" w14:textId="4D4DF8DC">
      <w:pPr>
        <w:pStyle w:val="ListParagraph"/>
        <w:numPr>
          <w:ilvl w:val="1"/>
          <w:numId w:val="17"/>
        </w:numPr>
      </w:pPr>
      <w:r>
        <w:t xml:space="preserve">Ex. Citations of papers, reviews of your works, purchases of your works by museums, </w:t>
      </w:r>
      <w:r w:rsidR="00816BB4">
        <w:t xml:space="preserve">reviewer of other peoples’ scholarly work, etc. </w:t>
      </w:r>
    </w:p>
    <w:p w:rsidR="00384DD6" w:rsidRDefault="00384DD6" w14:paraId="3AC89B7D" w14:textId="77777777"/>
    <w:p w:rsidR="00384DD6" w:rsidRDefault="00000000" w14:paraId="3D01E320" w14:textId="77777777">
      <w:pPr>
        <w:pBdr>
          <w:bottom w:val="single" w:color="000000" w:sz="4" w:space="1"/>
        </w:pBdr>
      </w:pPr>
      <w:r>
        <w:rPr>
          <w:b/>
        </w:rPr>
        <w:t>COURSES TAUGHT</w:t>
      </w:r>
    </w:p>
    <w:p w:rsidR="00384DD6" w:rsidP="008C73B8" w:rsidRDefault="00000000" w14:paraId="0C731EDD" w14:textId="23BC07A8">
      <w:r w:rsidR="68808E21">
        <w:rPr/>
        <w:t xml:space="preserve">Indicate title of course, </w:t>
      </w:r>
      <w:r w:rsidR="3A945C7F">
        <w:rPr/>
        <w:t>course level – undergraduate vs graduate, and number of times taught (optional)</w:t>
      </w:r>
      <w:r w:rsidR="43C19650">
        <w:rPr/>
        <w:t>.</w:t>
      </w:r>
    </w:p>
    <w:p w:rsidR="00384DD6" w:rsidRDefault="00384DD6" w14:paraId="3773CEC4" w14:textId="77777777"/>
    <w:p w:rsidR="00384DD6" w:rsidRDefault="00000000" w14:paraId="097F1042" w14:textId="77777777">
      <w:pPr>
        <w:pBdr>
          <w:bottom w:val="single" w:color="000000" w:sz="4" w:space="1"/>
        </w:pBdr>
      </w:pPr>
      <w:r>
        <w:rPr>
          <w:b/>
        </w:rPr>
        <w:t>STUDENT SUPERVISION</w:t>
      </w:r>
    </w:p>
    <w:p w:rsidR="00384DD6" w:rsidP="008C73B8" w:rsidRDefault="00000000" w14:paraId="6A9F64AD" w14:textId="3B7A8B86">
      <w:r w:rsidR="68808E21">
        <w:rPr/>
        <w:t xml:space="preserve">Indicate any student supervision activities. Include name of the student and their role with you </w:t>
      </w:r>
      <w:r w:rsidR="3A945C7F">
        <w:rPr/>
        <w:t>e.g., research assi</w:t>
      </w:r>
      <w:r w:rsidR="26CDF185">
        <w:rPr/>
        <w:t xml:space="preserve">stant. </w:t>
      </w:r>
    </w:p>
    <w:p w:rsidR="00384DD6" w:rsidRDefault="00384DD6" w14:paraId="7FE64398" w14:textId="77777777"/>
    <w:p w:rsidR="00384DD6" w:rsidP="008C73B8" w:rsidRDefault="00000000" w14:paraId="62584FBF" w14:textId="0BCFD4F2">
      <w:pPr>
        <w:pBdr>
          <w:bottom w:val="single" w:color="000000" w:sz="4" w:space="1"/>
        </w:pBdr>
      </w:pPr>
      <w:r>
        <w:rPr>
          <w:b/>
        </w:rPr>
        <w:t>RECOGNITIONS / HONORS AND AWARDS</w:t>
      </w:r>
    </w:p>
    <w:p w:rsidR="00384DD6" w:rsidP="282D5B76" w:rsidRDefault="00000000" w14:paraId="70F83FDB" w14:textId="31838E40">
      <w:pPr/>
      <w:r w:rsidR="6245C491">
        <w:rPr>
          <w:b w:val="0"/>
          <w:bCs w:val="0"/>
        </w:rPr>
        <w:t xml:space="preserve">Name of Honor </w:t>
      </w:r>
      <w:r w:rsidR="6F0AFE3F">
        <w:rPr>
          <w:b w:val="0"/>
          <w:bCs w:val="0"/>
        </w:rPr>
        <w:t>or Award</w:t>
      </w:r>
      <w:r>
        <w:tab/>
      </w:r>
      <w:r>
        <w:tab/>
      </w:r>
      <w:r>
        <w:tab/>
      </w:r>
      <w:r w:rsidRPr="282D5B76" w:rsidR="6F0AFE3F">
        <w:rPr>
          <w:b w:val="1"/>
          <w:bCs w:val="1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6F0AFE3F">
        <w:rPr/>
        <w:t xml:space="preserve">          </w:t>
      </w:r>
      <w:r w:rsidR="6245C491">
        <w:rPr/>
        <w:t>Year Awarded</w:t>
      </w:r>
    </w:p>
    <w:p w:rsidR="00384DD6" w:rsidRDefault="00384DD6" w14:paraId="7EB69CDB" w14:textId="77777777"/>
    <w:p w:rsidR="00384DD6" w:rsidRDefault="00000000" w14:paraId="3EAC77C4" w14:textId="77777777">
      <w:pPr>
        <w:pBdr>
          <w:bottom w:val="single" w:color="000000" w:sz="4" w:space="1"/>
        </w:pBdr>
      </w:pPr>
      <w:r>
        <w:rPr>
          <w:b/>
        </w:rPr>
        <w:t>PROFESSIONAL ORGANIZATIONS MEMBERSHIPS</w:t>
      </w:r>
    </w:p>
    <w:p w:rsidR="00384DD6" w:rsidRDefault="00384DD6" w14:paraId="797B7DEE" w14:textId="77777777"/>
    <w:p w:rsidR="00384DD6" w:rsidRDefault="00000000" w14:paraId="119B0A9A" w14:textId="7C533C8E">
      <w:pPr>
        <w:tabs>
          <w:tab w:val="right" w:pos="-29392"/>
        </w:tabs>
      </w:pPr>
      <w:r>
        <w:rPr>
          <w:b/>
        </w:rPr>
        <w:t>Organization Name</w:t>
      </w:r>
      <w:r>
        <w:t xml:space="preserve">, </w:t>
      </w:r>
      <w:r>
        <w:rPr>
          <w:i/>
        </w:rPr>
        <w:t>Your Role</w:t>
      </w:r>
      <w:r>
        <w:t xml:space="preserve"> (if applicable)</w:t>
      </w:r>
      <w:r>
        <w:tab/>
      </w:r>
      <w:r w:rsidR="008C73B8">
        <w:tab/>
      </w:r>
      <w:r w:rsidR="008C73B8">
        <w:tab/>
      </w:r>
      <w:r w:rsidR="008C73B8">
        <w:tab/>
      </w:r>
      <w:r w:rsidR="008C73B8">
        <w:tab/>
      </w:r>
      <w:r w:rsidR="008C73B8">
        <w:tab/>
      </w:r>
      <w:r w:rsidR="008C73B8">
        <w:tab/>
      </w:r>
      <w:r w:rsidR="008C73B8">
        <w:t xml:space="preserve">         </w:t>
      </w:r>
      <w:r>
        <w:t>Month and Year Range</w:t>
      </w:r>
    </w:p>
    <w:p w:rsidR="00384DD6" w:rsidRDefault="00384DD6" w14:paraId="03F2623B" w14:textId="77777777"/>
    <w:p w:rsidR="00384DD6" w:rsidRDefault="00242691" w14:paraId="04AF3253" w14:textId="45995D4E">
      <w:pPr>
        <w:pBdr>
          <w:bottom w:val="single" w:color="000000" w:sz="4" w:space="1"/>
        </w:pBdr>
      </w:pPr>
      <w:r>
        <w:rPr>
          <w:b/>
        </w:rPr>
        <w:t>ACADEMIC SERVICE/SERVICE AND LEADERSHIP</w:t>
      </w:r>
    </w:p>
    <w:p w:rsidR="00242691" w:rsidP="00242691" w:rsidRDefault="00000000" w14:paraId="62D31AA5" w14:textId="77777777">
      <w:pPr>
        <w:pStyle w:val="ListParagraph"/>
        <w:numPr>
          <w:ilvl w:val="0"/>
          <w:numId w:val="18"/>
        </w:numPr>
      </w:pPr>
      <w:r>
        <w:t xml:space="preserve">List department, college/school/library, and </w:t>
      </w:r>
      <w:r w:rsidR="00242691">
        <w:t>u</w:t>
      </w:r>
      <w:r>
        <w:t xml:space="preserve">niversity committees and activities. </w:t>
      </w:r>
    </w:p>
    <w:p w:rsidR="00384DD6" w:rsidP="00242691" w:rsidRDefault="00242691" w14:paraId="502A592B" w14:textId="3FF0A04C">
      <w:pPr>
        <w:pStyle w:val="ListParagraph"/>
        <w:numPr>
          <w:ilvl w:val="0"/>
          <w:numId w:val="18"/>
        </w:numPr>
        <w:rPr/>
      </w:pPr>
      <w:r w:rsidR="0895C1A8">
        <w:rPr/>
        <w:t xml:space="preserve">Can also include chairing </w:t>
      </w:r>
      <w:r w:rsidR="55E16C42">
        <w:rPr/>
        <w:t xml:space="preserve">or </w:t>
      </w:r>
      <w:r w:rsidR="0895C1A8">
        <w:rPr/>
        <w:t xml:space="preserve">serving on </w:t>
      </w:r>
      <w:r w:rsidR="0895C1A8">
        <w:rPr/>
        <w:t>community organizations and board memberships</w:t>
      </w:r>
      <w:r w:rsidR="0895C1A8">
        <w:rPr/>
        <w:t>;</w:t>
      </w:r>
      <w:r w:rsidR="0895C1A8">
        <w:rPr/>
        <w:t xml:space="preserve"> state, regional and national government agencies</w:t>
      </w:r>
      <w:r w:rsidR="0895C1A8">
        <w:rPr/>
        <w:t xml:space="preserve">; </w:t>
      </w:r>
      <w:r w:rsidR="0895C1A8">
        <w:rPr/>
        <w:t xml:space="preserve">accreditation and program review site </w:t>
      </w:r>
      <w:r w:rsidR="0895C1A8">
        <w:rPr/>
        <w:t>visits; committees</w:t>
      </w:r>
      <w:r w:rsidR="0895C1A8">
        <w:rPr/>
        <w:t xml:space="preserve"> of professional societies or associations; session chair/organizer at professional </w:t>
      </w:r>
      <w:r w:rsidR="0895C1A8">
        <w:rPr/>
        <w:t>meetings; consulting</w:t>
      </w:r>
      <w:r w:rsidR="0895C1A8">
        <w:rPr/>
        <w:t>.</w:t>
      </w:r>
    </w:p>
    <w:p w:rsidR="00384DD6" w:rsidRDefault="00384DD6" w14:paraId="7741C6F8" w14:textId="77777777"/>
    <w:sectPr w:rsidR="00384DD6" w:rsidSect="00034616">
      <w:pgSz w:w="12240" w:h="15840" w:orient="portrait"/>
      <w:pgMar w:top="518" w:right="518" w:bottom="518" w:left="5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elI1I28a" int2:invalidationBookmarkName="" int2:hashCode="m1jJaLmwwMX5zW" int2:id="OocxwIkn">
      <int2:state int2:type="gram" int2:value="Rejected"/>
    </int2:bookmark>
    <int2:bookmark int2:bookmarkName="_Int_M0DxiT9T" int2:invalidationBookmarkName="" int2:hashCode="T/CxU4RpM4oAc+" int2:id="1pBgUbYN">
      <int2:state int2:type="gram" int2:value="Rejected"/>
    </int2:bookmark>
    <int2:bookmark int2:bookmarkName="_Int_uGmqot1k" int2:invalidationBookmarkName="" int2:hashCode="L/L+vvLaQSHpzZ" int2:id="M2AztbB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0B7192C"/>
    <w:multiLevelType w:val="hybridMultilevel"/>
    <w:tmpl w:val="B240E0C2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0A3A0143"/>
    <w:multiLevelType w:val="hybridMultilevel"/>
    <w:tmpl w:val="28303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E1C6D77"/>
    <w:multiLevelType w:val="hybridMultilevel"/>
    <w:tmpl w:val="86280E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3573185"/>
    <w:multiLevelType w:val="hybridMultilevel"/>
    <w:tmpl w:val="10EC8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D6474D"/>
    <w:multiLevelType w:val="hybridMultilevel"/>
    <w:tmpl w:val="4A7CED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6E3F06"/>
    <w:multiLevelType w:val="hybridMultilevel"/>
    <w:tmpl w:val="8830FE5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3EF75066"/>
    <w:multiLevelType w:val="hybridMultilevel"/>
    <w:tmpl w:val="6EF87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0D6472"/>
    <w:multiLevelType w:val="hybridMultilevel"/>
    <w:tmpl w:val="F094126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8CB5238"/>
    <w:multiLevelType w:val="hybridMultilevel"/>
    <w:tmpl w:val="7722EC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9002956">
    <w:abstractNumId w:val="8"/>
  </w:num>
  <w:num w:numId="2" w16cid:durableId="1497501711">
    <w:abstractNumId w:val="6"/>
  </w:num>
  <w:num w:numId="3" w16cid:durableId="867792152">
    <w:abstractNumId w:val="5"/>
  </w:num>
  <w:num w:numId="4" w16cid:durableId="74673940">
    <w:abstractNumId w:val="4"/>
  </w:num>
  <w:num w:numId="5" w16cid:durableId="2513248">
    <w:abstractNumId w:val="7"/>
  </w:num>
  <w:num w:numId="6" w16cid:durableId="467170557">
    <w:abstractNumId w:val="3"/>
  </w:num>
  <w:num w:numId="7" w16cid:durableId="503009445">
    <w:abstractNumId w:val="2"/>
  </w:num>
  <w:num w:numId="8" w16cid:durableId="1246647708">
    <w:abstractNumId w:val="1"/>
  </w:num>
  <w:num w:numId="9" w16cid:durableId="1934050322">
    <w:abstractNumId w:val="0"/>
  </w:num>
  <w:num w:numId="10" w16cid:durableId="440995573">
    <w:abstractNumId w:val="16"/>
  </w:num>
  <w:num w:numId="11" w16cid:durableId="2048407538">
    <w:abstractNumId w:val="9"/>
  </w:num>
  <w:num w:numId="12" w16cid:durableId="1364669196">
    <w:abstractNumId w:val="13"/>
  </w:num>
  <w:num w:numId="13" w16cid:durableId="495729800">
    <w:abstractNumId w:val="17"/>
  </w:num>
  <w:num w:numId="14" w16cid:durableId="2134589037">
    <w:abstractNumId w:val="14"/>
  </w:num>
  <w:num w:numId="15" w16cid:durableId="578095474">
    <w:abstractNumId w:val="10"/>
  </w:num>
  <w:num w:numId="16" w16cid:durableId="1993293057">
    <w:abstractNumId w:val="11"/>
  </w:num>
  <w:num w:numId="17" w16cid:durableId="401686650">
    <w:abstractNumId w:val="15"/>
  </w:num>
  <w:num w:numId="18" w16cid:durableId="572667410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92A0"/>
    <w:rsid w:val="001E4717"/>
    <w:rsid w:val="00242691"/>
    <w:rsid w:val="0029639D"/>
    <w:rsid w:val="00326F90"/>
    <w:rsid w:val="00384DD6"/>
    <w:rsid w:val="004200F0"/>
    <w:rsid w:val="00696F15"/>
    <w:rsid w:val="00752EBF"/>
    <w:rsid w:val="00816BB4"/>
    <w:rsid w:val="0084357B"/>
    <w:rsid w:val="008C73B8"/>
    <w:rsid w:val="00AA1D8D"/>
    <w:rsid w:val="00B47730"/>
    <w:rsid w:val="00BC6BDC"/>
    <w:rsid w:val="00CB0664"/>
    <w:rsid w:val="00D664CA"/>
    <w:rsid w:val="00FC693F"/>
    <w:rsid w:val="025D20DD"/>
    <w:rsid w:val="0271D51E"/>
    <w:rsid w:val="0390CCF6"/>
    <w:rsid w:val="06693AB4"/>
    <w:rsid w:val="0698F462"/>
    <w:rsid w:val="0895C1A8"/>
    <w:rsid w:val="1156D513"/>
    <w:rsid w:val="127F20DF"/>
    <w:rsid w:val="1329E828"/>
    <w:rsid w:val="1AF0238B"/>
    <w:rsid w:val="26CDF185"/>
    <w:rsid w:val="282D5B76"/>
    <w:rsid w:val="2BCCA226"/>
    <w:rsid w:val="34ACB937"/>
    <w:rsid w:val="3A945C7F"/>
    <w:rsid w:val="3BC5A386"/>
    <w:rsid w:val="40E3B835"/>
    <w:rsid w:val="41C3FA54"/>
    <w:rsid w:val="43C19650"/>
    <w:rsid w:val="44472895"/>
    <w:rsid w:val="452BC771"/>
    <w:rsid w:val="47DFD230"/>
    <w:rsid w:val="50FDFEBA"/>
    <w:rsid w:val="5398CBC1"/>
    <w:rsid w:val="55E16C42"/>
    <w:rsid w:val="568F2F9A"/>
    <w:rsid w:val="5C2C85B5"/>
    <w:rsid w:val="5D9EFB88"/>
    <w:rsid w:val="6245C491"/>
    <w:rsid w:val="63EB8BFE"/>
    <w:rsid w:val="643512D3"/>
    <w:rsid w:val="658783B7"/>
    <w:rsid w:val="68808E21"/>
    <w:rsid w:val="6B174617"/>
    <w:rsid w:val="6C306177"/>
    <w:rsid w:val="6F0AFE3F"/>
    <w:rsid w:val="70CB44E8"/>
    <w:rsid w:val="715997F7"/>
    <w:rsid w:val="73784F47"/>
    <w:rsid w:val="75E79DB8"/>
    <w:rsid w:val="76AE0215"/>
    <w:rsid w:val="794CB505"/>
    <w:rsid w:val="7A959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76B46"/>
  <w14:defaultImageDpi w14:val="300"/>
  <w15:docId w15:val="{3C3DFD79-65BC-4FEA-884C-D20054900C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microsoft.com/office/2020/10/relationships/intelligence" Target="intelligence2.xml" Id="R131fd53f899048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Hawk, Meredith</lastModifiedBy>
  <revision>4</revision>
  <dcterms:created xsi:type="dcterms:W3CDTF">2026-07-17T21:34:00.0000000Z</dcterms:created>
  <dcterms:modified xsi:type="dcterms:W3CDTF">2026-07-30T18:00:40.3208970Z</dcterms:modified>
  <category/>
</coreProperties>
</file>